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EEED0" w14:textId="77777777" w:rsidR="00D84723" w:rsidRDefault="00D84723">
      <w:pPr>
        <w:pStyle w:val="Heading1"/>
      </w:pPr>
      <w:r>
        <w:rPr>
          <w:noProof/>
        </w:rPr>
        <w:drawing>
          <wp:anchor distT="0" distB="0" distL="114300" distR="114300" simplePos="0" relativeHeight="251735040" behindDoc="1" locked="0" layoutInCell="1" allowOverlap="1" wp14:anchorId="650F5963" wp14:editId="1B5C5D62">
            <wp:simplePos x="0" y="0"/>
            <wp:positionH relativeFrom="column">
              <wp:posOffset>2748915</wp:posOffset>
            </wp:positionH>
            <wp:positionV relativeFrom="paragraph">
              <wp:posOffset>-518160</wp:posOffset>
            </wp:positionV>
            <wp:extent cx="1733550" cy="1653540"/>
            <wp:effectExtent l="0" t="0" r="0" b="3810"/>
            <wp:wrapTight wrapText="bothSides">
              <wp:wrapPolygon edited="0">
                <wp:start x="0" y="0"/>
                <wp:lineTo x="0" y="21401"/>
                <wp:lineTo x="21363" y="21401"/>
                <wp:lineTo x="21363" y="0"/>
                <wp:lineTo x="0" y="0"/>
              </wp:wrapPolygon>
            </wp:wrapTight>
            <wp:docPr id="2" name="Picture 2" descr="New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Final"/>
                    <pic:cNvPicPr>
                      <a:picLocks noChangeAspect="1" noChangeArrowheads="1"/>
                    </pic:cNvPicPr>
                  </pic:nvPicPr>
                  <pic:blipFill>
                    <a:blip r:embed="rId6">
                      <a:extLst>
                        <a:ext uri="{28A0092B-C50C-407E-A947-70E740481C1C}">
                          <a14:useLocalDpi xmlns:a14="http://schemas.microsoft.com/office/drawing/2010/main" val="0"/>
                        </a:ext>
                      </a:extLst>
                    </a:blip>
                    <a:srcRect l="6822" t="19246" r="7686" b="23018"/>
                    <a:stretch>
                      <a:fillRect/>
                    </a:stretch>
                  </pic:blipFill>
                  <pic:spPr bwMode="auto">
                    <a:xfrm>
                      <a:off x="0" y="0"/>
                      <a:ext cx="1733550" cy="16535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5E4DEC6D" wp14:editId="2E5635FE">
            <wp:simplePos x="0" y="0"/>
            <wp:positionH relativeFrom="column">
              <wp:posOffset>443865</wp:posOffset>
            </wp:positionH>
            <wp:positionV relativeFrom="paragraph">
              <wp:posOffset>-647700</wp:posOffset>
            </wp:positionV>
            <wp:extent cx="3166110" cy="21107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166110" cy="2110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02F416" w14:textId="77777777" w:rsidR="00211810" w:rsidRDefault="00211810">
      <w:pPr>
        <w:pStyle w:val="Heading1"/>
        <w:rPr>
          <w:rFonts w:cstheme="majorHAnsi"/>
          <w:i/>
          <w:iCs/>
          <w:color w:val="auto"/>
          <w:sz w:val="26"/>
          <w:szCs w:val="26"/>
        </w:rPr>
      </w:pPr>
    </w:p>
    <w:p w14:paraId="52C19047" w14:textId="77777777" w:rsidR="00211810" w:rsidRDefault="00211810">
      <w:pPr>
        <w:pStyle w:val="Heading1"/>
        <w:rPr>
          <w:rFonts w:cstheme="majorHAnsi"/>
          <w:i/>
          <w:iCs/>
          <w:color w:val="auto"/>
          <w:sz w:val="26"/>
          <w:szCs w:val="26"/>
        </w:rPr>
      </w:pPr>
    </w:p>
    <w:p w14:paraId="3F661E75" w14:textId="77777777" w:rsidR="00211810" w:rsidRDefault="00211810">
      <w:pPr>
        <w:pStyle w:val="Heading1"/>
        <w:rPr>
          <w:rFonts w:cstheme="majorHAnsi"/>
          <w:i/>
          <w:iCs/>
          <w:color w:val="auto"/>
          <w:sz w:val="26"/>
          <w:szCs w:val="26"/>
        </w:rPr>
      </w:pPr>
    </w:p>
    <w:p w14:paraId="4309D5D1" w14:textId="66C8C623" w:rsidR="00FE7523" w:rsidRPr="00067B18" w:rsidRDefault="00211810">
      <w:pPr>
        <w:pStyle w:val="Heading1"/>
        <w:rPr>
          <w:rFonts w:cstheme="majorHAnsi"/>
          <w:i/>
          <w:iCs/>
          <w:color w:val="auto"/>
          <w:sz w:val="26"/>
          <w:szCs w:val="26"/>
        </w:rPr>
      </w:pPr>
      <w:r w:rsidRPr="00067B18">
        <w:rPr>
          <w:rFonts w:cstheme="majorHAnsi"/>
          <w:i/>
          <w:iCs/>
          <w:color w:val="auto"/>
          <w:sz w:val="26"/>
          <w:szCs w:val="26"/>
        </w:rPr>
        <w:t>Brentry Primary School – Breakfast Club Registration Form</w:t>
      </w:r>
    </w:p>
    <w:p w14:paraId="58E748FE" w14:textId="25B1AF40"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br/>
      </w:r>
      <w:r w:rsidRPr="00D84723">
        <w:rPr>
          <w:rFonts w:ascii="Times New Roman" w:hAnsi="Times New Roman" w:cs="Times New Roman"/>
          <w:sz w:val="24"/>
          <w:szCs w:val="24"/>
        </w:rPr>
        <w:t xml:space="preserve">Child’s full </w:t>
      </w:r>
      <w:proofErr w:type="gramStart"/>
      <w:r w:rsidRPr="00D84723">
        <w:rPr>
          <w:rFonts w:ascii="Times New Roman" w:hAnsi="Times New Roman" w:cs="Times New Roman"/>
          <w:sz w:val="24"/>
          <w:szCs w:val="24"/>
        </w:rPr>
        <w:t>name:</w:t>
      </w:r>
      <w:r w:rsidRPr="00D84723">
        <w:rPr>
          <w:rFonts w:ascii="Times New Roman" w:hAnsi="Times New Roman" w:cs="Times New Roman"/>
          <w:sz w:val="24"/>
          <w:szCs w:val="24"/>
        </w:rPr>
        <w:t>_</w:t>
      </w:r>
      <w:proofErr w:type="gramEnd"/>
      <w:r w:rsidRPr="00D84723">
        <w:rPr>
          <w:rFonts w:ascii="Times New Roman" w:hAnsi="Times New Roman" w:cs="Times New Roman"/>
          <w:sz w:val="24"/>
          <w:szCs w:val="24"/>
        </w:rPr>
        <w:t>________________________________________________</w:t>
      </w:r>
    </w:p>
    <w:p w14:paraId="3BE82F7C" w14:textId="6E45E183"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Date of birth: ____________________</w:t>
      </w:r>
      <w:r w:rsidRPr="00D84723">
        <w:rPr>
          <w:rFonts w:ascii="Times New Roman" w:hAnsi="Times New Roman" w:cs="Times New Roman"/>
          <w:sz w:val="24"/>
          <w:szCs w:val="24"/>
        </w:rPr>
        <w:t xml:space="preserve">     Class: _________________________</w:t>
      </w:r>
    </w:p>
    <w:p w14:paraId="55728183" w14:textId="365AD299" w:rsidR="00FE7523" w:rsidRPr="00067B18" w:rsidRDefault="00211810">
      <w:pPr>
        <w:rPr>
          <w:rFonts w:asciiTheme="majorHAnsi" w:hAnsiTheme="majorHAnsi" w:cstheme="majorHAnsi"/>
          <w:b/>
          <w:bCs/>
          <w:i/>
          <w:iCs/>
          <w:sz w:val="26"/>
          <w:szCs w:val="26"/>
        </w:rPr>
      </w:pPr>
      <w:r w:rsidRPr="00D84723">
        <w:rPr>
          <w:rFonts w:ascii="Times New Roman" w:hAnsi="Times New Roman" w:cs="Times New Roman"/>
          <w:sz w:val="24"/>
          <w:szCs w:val="24"/>
        </w:rPr>
        <w:br/>
      </w:r>
      <w:r w:rsidRPr="00067B18">
        <w:rPr>
          <w:rFonts w:asciiTheme="majorHAnsi" w:hAnsiTheme="majorHAnsi" w:cstheme="majorHAnsi"/>
          <w:b/>
          <w:bCs/>
          <w:i/>
          <w:iCs/>
          <w:sz w:val="26"/>
          <w:szCs w:val="26"/>
        </w:rPr>
        <w:t xml:space="preserve">Emergency Contact </w:t>
      </w:r>
      <w:r w:rsidRPr="00067B18">
        <w:rPr>
          <w:rFonts w:asciiTheme="majorHAnsi" w:hAnsiTheme="majorHAnsi" w:cstheme="majorHAnsi"/>
          <w:b/>
          <w:bCs/>
          <w:i/>
          <w:iCs/>
          <w:sz w:val="26"/>
          <w:szCs w:val="26"/>
        </w:rPr>
        <w:t>Details</w:t>
      </w:r>
    </w:p>
    <w:p w14:paraId="24DF53C9" w14:textId="2655A8AB"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 xml:space="preserve">Primary emergency contact name: </w:t>
      </w:r>
      <w:r w:rsidRPr="00D84723">
        <w:rPr>
          <w:rFonts w:ascii="Times New Roman" w:hAnsi="Times New Roman" w:cs="Times New Roman"/>
          <w:sz w:val="24"/>
          <w:szCs w:val="24"/>
        </w:rPr>
        <w:t>_____________________________________</w:t>
      </w:r>
    </w:p>
    <w:p w14:paraId="269E0DA7"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Telephone number: _________________________________________________</w:t>
      </w:r>
    </w:p>
    <w:p w14:paraId="187E8C06" w14:textId="172F23B5"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 xml:space="preserve">Secondary emergency contact name: </w:t>
      </w:r>
      <w:r w:rsidRPr="00D84723">
        <w:rPr>
          <w:rFonts w:ascii="Times New Roman" w:hAnsi="Times New Roman" w:cs="Times New Roman"/>
          <w:sz w:val="24"/>
          <w:szCs w:val="24"/>
        </w:rPr>
        <w:t>___________________________________</w:t>
      </w:r>
    </w:p>
    <w:p w14:paraId="49CE792D"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Telephone num</w:t>
      </w:r>
      <w:r w:rsidRPr="00D84723">
        <w:rPr>
          <w:rFonts w:ascii="Times New Roman" w:hAnsi="Times New Roman" w:cs="Times New Roman"/>
          <w:sz w:val="24"/>
          <w:szCs w:val="24"/>
        </w:rPr>
        <w:t>ber: _________________________________________________</w:t>
      </w:r>
    </w:p>
    <w:p w14:paraId="051166A5" w14:textId="412402E4"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br/>
      </w:r>
      <w:r w:rsidRPr="00067B18">
        <w:rPr>
          <w:rFonts w:asciiTheme="majorHAnsi" w:hAnsiTheme="majorHAnsi" w:cstheme="majorHAnsi"/>
          <w:b/>
          <w:bCs/>
          <w:i/>
          <w:iCs/>
          <w:sz w:val="26"/>
          <w:szCs w:val="26"/>
        </w:rPr>
        <w:t>Medical &amp; Dietary Information</w:t>
      </w:r>
      <w:r w:rsidRPr="00067B18">
        <w:rPr>
          <w:rFonts w:asciiTheme="majorHAnsi" w:hAnsiTheme="majorHAnsi" w:cstheme="majorHAnsi"/>
          <w:b/>
          <w:bCs/>
          <w:i/>
          <w:iCs/>
          <w:sz w:val="26"/>
          <w:szCs w:val="26"/>
        </w:rPr>
        <w:br/>
      </w:r>
      <w:r w:rsidRPr="00D84723">
        <w:rPr>
          <w:rFonts w:ascii="Times New Roman" w:hAnsi="Times New Roman" w:cs="Times New Roman"/>
          <w:sz w:val="24"/>
          <w:szCs w:val="24"/>
        </w:rPr>
        <w:t>Medical conditions (if any):</w:t>
      </w:r>
    </w:p>
    <w:p w14:paraId="079B816A"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_____________________________________________________________</w:t>
      </w:r>
    </w:p>
    <w:p w14:paraId="73C07F32"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_____________________________________________________________</w:t>
      </w:r>
    </w:p>
    <w:p w14:paraId="3ADC8A24"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Allergies or die</w:t>
      </w:r>
      <w:r w:rsidRPr="00D84723">
        <w:rPr>
          <w:rFonts w:ascii="Times New Roman" w:hAnsi="Times New Roman" w:cs="Times New Roman"/>
          <w:sz w:val="24"/>
          <w:szCs w:val="24"/>
        </w:rPr>
        <w:t>tary requirements:</w:t>
      </w:r>
    </w:p>
    <w:p w14:paraId="39AC4CFD"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_____________________________________________________________</w:t>
      </w:r>
    </w:p>
    <w:p w14:paraId="22124B72"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_____________________________________________________________</w:t>
      </w:r>
    </w:p>
    <w:p w14:paraId="1AA86242" w14:textId="1D8FCDF4"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lastRenderedPageBreak/>
        <w:br/>
      </w:r>
      <w:r w:rsidRPr="00067B18">
        <w:rPr>
          <w:rFonts w:asciiTheme="majorHAnsi" w:hAnsiTheme="majorHAnsi" w:cstheme="majorHAnsi"/>
          <w:b/>
          <w:bCs/>
          <w:i/>
          <w:iCs/>
          <w:sz w:val="26"/>
          <w:szCs w:val="26"/>
        </w:rPr>
        <w:t>Attendance Information</w:t>
      </w:r>
      <w:r w:rsidRPr="00D84723">
        <w:rPr>
          <w:rFonts w:ascii="Times New Roman" w:hAnsi="Times New Roman" w:cs="Times New Roman"/>
          <w:sz w:val="24"/>
          <w:szCs w:val="24"/>
        </w:rPr>
        <w:br/>
      </w:r>
      <w:r w:rsidRPr="00D84723">
        <w:rPr>
          <w:rFonts w:ascii="Times New Roman" w:hAnsi="Times New Roman" w:cs="Times New Roman"/>
          <w:sz w:val="24"/>
          <w:szCs w:val="24"/>
        </w:rPr>
        <w:t>If your child will attend regularly, please indicate the usual days:</w:t>
      </w:r>
    </w:p>
    <w:p w14:paraId="48CE3366" w14:textId="77777777" w:rsidR="00FE7523" w:rsidRPr="00D84723" w:rsidRDefault="00211810">
      <w:pPr>
        <w:rPr>
          <w:rFonts w:ascii="Times New Roman" w:hAnsi="Times New Roman" w:cs="Times New Roman"/>
          <w:sz w:val="24"/>
          <w:szCs w:val="24"/>
        </w:rPr>
      </w:pPr>
      <w:r w:rsidRPr="00D84723">
        <w:rPr>
          <w:rFonts w:ascii="Segoe UI Symbol" w:hAnsi="Segoe UI Symbol" w:cs="Segoe UI Symbol"/>
          <w:sz w:val="24"/>
          <w:szCs w:val="24"/>
        </w:rPr>
        <w:t>☐</w:t>
      </w:r>
      <w:r w:rsidRPr="00D84723">
        <w:rPr>
          <w:rFonts w:ascii="Times New Roman" w:hAnsi="Times New Roman" w:cs="Times New Roman"/>
          <w:sz w:val="24"/>
          <w:szCs w:val="24"/>
        </w:rPr>
        <w:t xml:space="preserve"> Monday   </w:t>
      </w:r>
      <w:r w:rsidRPr="00D84723">
        <w:rPr>
          <w:rFonts w:ascii="Segoe UI Symbol" w:hAnsi="Segoe UI Symbol" w:cs="Segoe UI Symbol"/>
          <w:sz w:val="24"/>
          <w:szCs w:val="24"/>
        </w:rPr>
        <w:t>☐</w:t>
      </w:r>
      <w:r w:rsidRPr="00D84723">
        <w:rPr>
          <w:rFonts w:ascii="Times New Roman" w:hAnsi="Times New Roman" w:cs="Times New Roman"/>
          <w:sz w:val="24"/>
          <w:szCs w:val="24"/>
        </w:rPr>
        <w:t xml:space="preserve"> Tuesda</w:t>
      </w:r>
      <w:r w:rsidRPr="00D84723">
        <w:rPr>
          <w:rFonts w:ascii="Times New Roman" w:hAnsi="Times New Roman" w:cs="Times New Roman"/>
          <w:sz w:val="24"/>
          <w:szCs w:val="24"/>
        </w:rPr>
        <w:t xml:space="preserve">y   </w:t>
      </w:r>
      <w:r w:rsidRPr="00D84723">
        <w:rPr>
          <w:rFonts w:ascii="Segoe UI Symbol" w:hAnsi="Segoe UI Symbol" w:cs="Segoe UI Symbol"/>
          <w:sz w:val="24"/>
          <w:szCs w:val="24"/>
        </w:rPr>
        <w:t>☐</w:t>
      </w:r>
      <w:r w:rsidRPr="00D84723">
        <w:rPr>
          <w:rFonts w:ascii="Times New Roman" w:hAnsi="Times New Roman" w:cs="Times New Roman"/>
          <w:sz w:val="24"/>
          <w:szCs w:val="24"/>
        </w:rPr>
        <w:t xml:space="preserve"> Wednesday   </w:t>
      </w:r>
      <w:r w:rsidRPr="00D84723">
        <w:rPr>
          <w:rFonts w:ascii="Segoe UI Symbol" w:hAnsi="Segoe UI Symbol" w:cs="Segoe UI Symbol"/>
          <w:sz w:val="24"/>
          <w:szCs w:val="24"/>
        </w:rPr>
        <w:t>☐</w:t>
      </w:r>
      <w:r w:rsidRPr="00D84723">
        <w:rPr>
          <w:rFonts w:ascii="Times New Roman" w:hAnsi="Times New Roman" w:cs="Times New Roman"/>
          <w:sz w:val="24"/>
          <w:szCs w:val="24"/>
        </w:rPr>
        <w:t xml:space="preserve"> Thursday   </w:t>
      </w:r>
      <w:r w:rsidRPr="00D84723">
        <w:rPr>
          <w:rFonts w:ascii="Segoe UI Symbol" w:hAnsi="Segoe UI Symbol" w:cs="Segoe UI Symbol"/>
          <w:sz w:val="24"/>
          <w:szCs w:val="24"/>
        </w:rPr>
        <w:t>☐</w:t>
      </w:r>
      <w:r w:rsidRPr="00D84723">
        <w:rPr>
          <w:rFonts w:ascii="Times New Roman" w:hAnsi="Times New Roman" w:cs="Times New Roman"/>
          <w:sz w:val="24"/>
          <w:szCs w:val="24"/>
        </w:rPr>
        <w:t xml:space="preserve"> Friday</w:t>
      </w:r>
    </w:p>
    <w:p w14:paraId="16EEC61D" w14:textId="2F01DB0C"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br/>
      </w:r>
      <w:r w:rsidRPr="00067B18">
        <w:rPr>
          <w:rFonts w:asciiTheme="majorHAnsi" w:hAnsiTheme="majorHAnsi" w:cstheme="majorHAnsi"/>
          <w:b/>
          <w:bCs/>
          <w:i/>
          <w:iCs/>
          <w:sz w:val="26"/>
          <w:szCs w:val="26"/>
        </w:rPr>
        <w:t>Booking &amp; Payment</w:t>
      </w:r>
      <w:r w:rsidRPr="00067B18">
        <w:rPr>
          <w:rFonts w:asciiTheme="majorHAnsi" w:hAnsiTheme="majorHAnsi" w:cstheme="majorHAnsi"/>
          <w:b/>
          <w:bCs/>
          <w:i/>
          <w:iCs/>
          <w:sz w:val="26"/>
          <w:szCs w:val="26"/>
        </w:rPr>
        <w:br/>
      </w:r>
      <w:r w:rsidRPr="00D84723">
        <w:rPr>
          <w:rFonts w:ascii="Times New Roman" w:hAnsi="Times New Roman" w:cs="Times New Roman"/>
          <w:sz w:val="24"/>
          <w:szCs w:val="24"/>
        </w:rPr>
        <w:t>All Breakfast Club sessions must be booked and paid for in advance via the School Gateway app. If you require support accessing School Gateway, please contact the school office.</w:t>
      </w:r>
    </w:p>
    <w:p w14:paraId="7B6639FE" w14:textId="72478A95"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br/>
      </w:r>
      <w:r w:rsidRPr="00067B18">
        <w:rPr>
          <w:rFonts w:asciiTheme="majorHAnsi" w:hAnsiTheme="majorHAnsi" w:cstheme="majorHAnsi"/>
          <w:b/>
          <w:bCs/>
          <w:i/>
          <w:iCs/>
          <w:sz w:val="26"/>
          <w:szCs w:val="26"/>
        </w:rPr>
        <w:t xml:space="preserve">Parent / </w:t>
      </w:r>
      <w:proofErr w:type="spellStart"/>
      <w:r w:rsidRPr="00067B18">
        <w:rPr>
          <w:rFonts w:asciiTheme="majorHAnsi" w:hAnsiTheme="majorHAnsi" w:cstheme="majorHAnsi"/>
          <w:b/>
          <w:bCs/>
          <w:i/>
          <w:iCs/>
          <w:sz w:val="26"/>
          <w:szCs w:val="26"/>
        </w:rPr>
        <w:t>Carer</w:t>
      </w:r>
      <w:proofErr w:type="spellEnd"/>
      <w:r w:rsidRPr="00067B18">
        <w:rPr>
          <w:rFonts w:asciiTheme="majorHAnsi" w:hAnsiTheme="majorHAnsi" w:cstheme="majorHAnsi"/>
          <w:b/>
          <w:bCs/>
          <w:i/>
          <w:iCs/>
          <w:sz w:val="26"/>
          <w:szCs w:val="26"/>
        </w:rPr>
        <w:t xml:space="preserve"> Ag</w:t>
      </w:r>
      <w:r w:rsidRPr="00067B18">
        <w:rPr>
          <w:rFonts w:asciiTheme="majorHAnsi" w:hAnsiTheme="majorHAnsi" w:cstheme="majorHAnsi"/>
          <w:b/>
          <w:bCs/>
          <w:i/>
          <w:iCs/>
          <w:sz w:val="26"/>
          <w:szCs w:val="26"/>
        </w:rPr>
        <w:t>reement</w:t>
      </w:r>
      <w:r w:rsidRPr="00067B18">
        <w:rPr>
          <w:rFonts w:asciiTheme="majorHAnsi" w:hAnsiTheme="majorHAnsi" w:cstheme="majorHAnsi"/>
          <w:b/>
          <w:bCs/>
          <w:i/>
          <w:iCs/>
          <w:sz w:val="26"/>
          <w:szCs w:val="26"/>
        </w:rPr>
        <w:br/>
      </w:r>
      <w:r w:rsidRPr="00D84723">
        <w:rPr>
          <w:rFonts w:ascii="Times New Roman" w:hAnsi="Times New Roman" w:cs="Times New Roman"/>
          <w:sz w:val="24"/>
          <w:szCs w:val="24"/>
        </w:rPr>
        <w:t>I/we wish to register my/our child for Brentry Primary School Breakfast Club and agree to the following:</w:t>
      </w:r>
    </w:p>
    <w:p w14:paraId="1BCBB8F7"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 All sessions are booked and paid for via the School Gateway app</w:t>
      </w:r>
      <w:r w:rsidRPr="00D84723">
        <w:rPr>
          <w:rFonts w:ascii="Times New Roman" w:hAnsi="Times New Roman" w:cs="Times New Roman"/>
          <w:sz w:val="24"/>
          <w:szCs w:val="24"/>
        </w:rPr>
        <w:br/>
        <w:t>- The session fee is £4.00 per child</w:t>
      </w:r>
      <w:r w:rsidRPr="00D84723">
        <w:rPr>
          <w:rFonts w:ascii="Times New Roman" w:hAnsi="Times New Roman" w:cs="Times New Roman"/>
          <w:sz w:val="24"/>
          <w:szCs w:val="24"/>
        </w:rPr>
        <w:br/>
        <w:t>- My/our child will follow the Breakfas</w:t>
      </w:r>
      <w:r w:rsidRPr="00D84723">
        <w:rPr>
          <w:rFonts w:ascii="Times New Roman" w:hAnsi="Times New Roman" w:cs="Times New Roman"/>
          <w:sz w:val="24"/>
          <w:szCs w:val="24"/>
        </w:rPr>
        <w:t>t Club rules and behaviour expectations</w:t>
      </w:r>
      <w:r w:rsidRPr="00D84723">
        <w:rPr>
          <w:rFonts w:ascii="Times New Roman" w:hAnsi="Times New Roman" w:cs="Times New Roman"/>
          <w:sz w:val="24"/>
          <w:szCs w:val="24"/>
        </w:rPr>
        <w:br/>
        <w:t>- The school and Breakfast Club staff cannot accept responsibility for personal belongings or valuables</w:t>
      </w:r>
    </w:p>
    <w:p w14:paraId="61B497EC" w14:textId="19DD9D7C"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br/>
      </w:r>
      <w:r w:rsidRPr="00067B18">
        <w:rPr>
          <w:rFonts w:asciiTheme="majorHAnsi" w:hAnsiTheme="majorHAnsi" w:cstheme="majorHAnsi"/>
          <w:b/>
          <w:bCs/>
          <w:i/>
          <w:iCs/>
          <w:sz w:val="26"/>
          <w:szCs w:val="26"/>
        </w:rPr>
        <w:t>GDPR &amp; Data Protection</w:t>
      </w:r>
      <w:r w:rsidRPr="00067B18">
        <w:rPr>
          <w:rFonts w:asciiTheme="majorHAnsi" w:hAnsiTheme="majorHAnsi" w:cstheme="majorHAnsi"/>
          <w:b/>
          <w:bCs/>
          <w:i/>
          <w:iCs/>
          <w:sz w:val="26"/>
          <w:szCs w:val="26"/>
        </w:rPr>
        <w:br/>
      </w:r>
      <w:r w:rsidRPr="00D84723">
        <w:rPr>
          <w:rFonts w:ascii="Times New Roman" w:hAnsi="Times New Roman" w:cs="Times New Roman"/>
          <w:sz w:val="24"/>
          <w:szCs w:val="24"/>
        </w:rPr>
        <w:t>The personal information collected on this form will be used solely for the administrat</w:t>
      </w:r>
      <w:r w:rsidRPr="00D84723">
        <w:rPr>
          <w:rFonts w:ascii="Times New Roman" w:hAnsi="Times New Roman" w:cs="Times New Roman"/>
          <w:sz w:val="24"/>
          <w:szCs w:val="24"/>
        </w:rPr>
        <w:t>ion and safeguarding of Breakfast Club provision. Data will be stored securely and processed in accordance with UK GDPR and the Data Protection Act 2018. Further details can be found in the school’s Privacy Notice.</w:t>
      </w:r>
    </w:p>
    <w:p w14:paraId="68351545" w14:textId="0D975B8E"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br/>
        <w:t>Parent/</w:t>
      </w:r>
      <w:proofErr w:type="spellStart"/>
      <w:r w:rsidRPr="00D84723">
        <w:rPr>
          <w:rFonts w:ascii="Times New Roman" w:hAnsi="Times New Roman" w:cs="Times New Roman"/>
          <w:sz w:val="24"/>
          <w:szCs w:val="24"/>
        </w:rPr>
        <w:t>Carer</w:t>
      </w:r>
      <w:proofErr w:type="spellEnd"/>
      <w:r w:rsidRPr="00D84723">
        <w:rPr>
          <w:rFonts w:ascii="Times New Roman" w:hAnsi="Times New Roman" w:cs="Times New Roman"/>
          <w:sz w:val="24"/>
          <w:szCs w:val="24"/>
        </w:rPr>
        <w:t xml:space="preserve"> name: </w:t>
      </w:r>
      <w:r w:rsidRPr="00D84723">
        <w:rPr>
          <w:rFonts w:ascii="Times New Roman" w:hAnsi="Times New Roman" w:cs="Times New Roman"/>
          <w:sz w:val="24"/>
          <w:szCs w:val="24"/>
        </w:rPr>
        <w:t>______________</w:t>
      </w:r>
      <w:r w:rsidRPr="00D84723">
        <w:rPr>
          <w:rFonts w:ascii="Times New Roman" w:hAnsi="Times New Roman" w:cs="Times New Roman"/>
          <w:sz w:val="24"/>
          <w:szCs w:val="24"/>
        </w:rPr>
        <w:t>____________________________</w:t>
      </w:r>
    </w:p>
    <w:p w14:paraId="577DDE6B"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Signature: _________________________________________________</w:t>
      </w:r>
    </w:p>
    <w:p w14:paraId="12CA8D5C" w14:textId="77777777" w:rsidR="00FE7523" w:rsidRPr="00D84723" w:rsidRDefault="00211810">
      <w:pPr>
        <w:rPr>
          <w:rFonts w:ascii="Times New Roman" w:hAnsi="Times New Roman" w:cs="Times New Roman"/>
          <w:sz w:val="24"/>
          <w:szCs w:val="24"/>
        </w:rPr>
      </w:pPr>
      <w:r w:rsidRPr="00D84723">
        <w:rPr>
          <w:rFonts w:ascii="Times New Roman" w:hAnsi="Times New Roman" w:cs="Times New Roman"/>
          <w:sz w:val="24"/>
          <w:szCs w:val="24"/>
        </w:rPr>
        <w:t>Date: _________________________</w:t>
      </w:r>
    </w:p>
    <w:sectPr w:rsidR="00FE7523" w:rsidRPr="00D8472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7B18"/>
    <w:rsid w:val="0015074B"/>
    <w:rsid w:val="00211810"/>
    <w:rsid w:val="0029639D"/>
    <w:rsid w:val="00326F90"/>
    <w:rsid w:val="00AA1D8D"/>
    <w:rsid w:val="00B47730"/>
    <w:rsid w:val="00CB0664"/>
    <w:rsid w:val="00D84723"/>
    <w:rsid w:val="00FC693F"/>
    <w:rsid w:val="00FE75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609FE6FE"/>
  <w14:defaultImageDpi w14:val="300"/>
  <w15:docId w15:val="{8253CC38-1981-4BD4-BECF-DEAD594F1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313</Words>
  <Characters>1787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Jack</cp:lastModifiedBy>
  <cp:revision>3</cp:revision>
  <dcterms:created xsi:type="dcterms:W3CDTF">2026-01-14T22:14:00Z</dcterms:created>
  <dcterms:modified xsi:type="dcterms:W3CDTF">2026-01-14T22:15:00Z</dcterms:modified>
  <cp:category/>
</cp:coreProperties>
</file>